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/>
        <w:jc w:val="center"/>
      </w:pPr>
      <w:r>
        <w:rPr>
          <w:rFonts w:ascii="Times New Roman" w:hAnsi="Times New Roman"/>
          <w:b/>
          <w:color w:val="C7A24A"/>
          <w:sz w:val="18"/>
        </w:rPr>
        <w:t>MODELO OFICIAL PARA AUTORES</w:t>
      </w:r>
    </w:p>
    <w:p>
      <w:pPr>
        <w:spacing w:after="120"/>
        <w:jc w:val="center"/>
      </w:pPr>
      <w:r>
        <w:rPr>
          <w:rFonts w:ascii="Times New Roman" w:hAnsi="Times New Roman"/>
          <w:b/>
          <w:color w:val="0B2545"/>
          <w:sz w:val="36"/>
        </w:rPr>
        <w:t>Título do artigo no idioma principal</w:t>
      </w:r>
    </w:p>
    <w:p>
      <w:pPr>
        <w:spacing w:after="280"/>
        <w:jc w:val="center"/>
      </w:pPr>
      <w:r>
        <w:rPr>
          <w:rFonts w:ascii="Times New Roman" w:hAnsi="Times New Roman"/>
          <w:i/>
          <w:color w:val="5B6573"/>
          <w:sz w:val="21"/>
        </w:rPr>
        <w:t>Title in English | Título en español, quando aplicável</w:t>
      </w:r>
    </w:p>
    <w:p>
      <w:pPr>
        <w:spacing w:before="100" w:after="180"/>
        <w:ind w:left="113" w:right="113"/>
        <w:jc w:val="both"/>
        <w:shd w:fill="FFF6DE"/>
        <w:pBdr>
          <w:top w:val="single" w:sz="6" w:space="4" w:color="C7A24A"/>
          <w:left w:val="single" w:sz="6" w:space="4" w:color="C7A24A"/>
          <w:bottom w:val="single" w:sz="6" w:space="4" w:color="C7A24A"/>
          <w:right w:val="single" w:sz="6" w:space="4" w:color="C7A24A"/>
        </w:pBdr>
      </w:pPr>
      <w:r>
        <w:rPr>
          <w:rFonts w:ascii="Times New Roman" w:hAnsi="Times New Roman"/>
          <w:b/>
          <w:color w:val="0B2545"/>
          <w:sz w:val="20"/>
        </w:rPr>
        <w:t xml:space="preserve">Avaliação duplo-cega: </w:t>
      </w:r>
      <w:r>
        <w:rPr>
          <w:rFonts w:ascii="Times New Roman" w:hAnsi="Times New Roman"/>
          <w:color w:val="202124"/>
          <w:sz w:val="20"/>
        </w:rPr>
        <w:t>Não inclua nomes, afiliações, agradecimentos, ORCID, propriedades do arquivo ou qualquer informação que revele a autoria. Cadastre todos os autores diretamente no OJS. A nota de autoria no rodapé será inserida pela equipe editorial somente na versão publicada.</w:t>
      </w:r>
    </w:p>
    <w:p>
      <w:pPr>
        <w:spacing w:before="160" w:after="60"/>
      </w:pPr>
      <w:r>
        <w:rPr>
          <w:rFonts w:ascii="Times New Roman" w:hAnsi="Times New Roman"/>
          <w:b/>
          <w:color w:val="0B2545"/>
          <w:sz w:val="22"/>
        </w:rPr>
        <w:t>RESUMO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B6573"/>
          <w:sz w:val="21"/>
        </w:rPr>
        <w:t>[Escreva de 100 a 250 palavras, apresentando objetivo, método, resultados ou argumentos centrais e conclusão.]</w:t>
      </w:r>
    </w:p>
    <w:p>
      <w:pPr>
        <w:spacing w:after="160"/>
      </w:pPr>
      <w:r>
        <w:rPr>
          <w:rFonts w:ascii="Times New Roman" w:hAnsi="Times New Roman"/>
          <w:b/>
          <w:color w:val="0B2545"/>
          <w:sz w:val="21"/>
        </w:rPr>
        <w:t xml:space="preserve">Palavras-chave: </w:t>
      </w:r>
      <w:r>
        <w:rPr>
          <w:rFonts w:ascii="Times New Roman" w:hAnsi="Times New Roman"/>
          <w:i/>
          <w:color w:val="5B6573"/>
          <w:sz w:val="22"/>
        </w:rPr>
        <w:t>Termo 1; termo 2; termo 3; termo 4; termo 5</w:t>
      </w:r>
    </w:p>
    <w:p>
      <w:pPr>
        <w:spacing w:before="160" w:after="60"/>
      </w:pPr>
      <w:r>
        <w:rPr>
          <w:rFonts w:ascii="Times New Roman" w:hAnsi="Times New Roman"/>
          <w:b/>
          <w:color w:val="0B2545"/>
          <w:sz w:val="22"/>
        </w:rPr>
        <w:t>ABSTRACT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B6573"/>
          <w:sz w:val="21"/>
        </w:rPr>
        <w:t>[Provide an English version of the abstract with the same informational content.]</w:t>
      </w:r>
    </w:p>
    <w:p>
      <w:pPr>
        <w:spacing w:after="160"/>
      </w:pPr>
      <w:r>
        <w:rPr>
          <w:rFonts w:ascii="Times New Roman" w:hAnsi="Times New Roman"/>
          <w:b/>
          <w:color w:val="0B2545"/>
          <w:sz w:val="21"/>
        </w:rPr>
        <w:t xml:space="preserve">Keywords: </w:t>
      </w:r>
      <w:r>
        <w:rPr>
          <w:rFonts w:ascii="Times New Roman" w:hAnsi="Times New Roman"/>
          <w:i/>
          <w:color w:val="5B6573"/>
          <w:sz w:val="22"/>
        </w:rPr>
        <w:t>Keyword 1; keyword 2; keyword 3; keyword 4; keyword 5</w:t>
      </w:r>
    </w:p>
    <w:p>
      <w:pPr>
        <w:pStyle w:val="Heading1"/>
      </w:pPr>
      <w:r>
        <w:t>INTRODUÇÃO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B6573"/>
          <w:sz w:val="21"/>
        </w:rPr>
        <w:t>[Apresente o problema, a justificativa, os objetivos, o método e a estrutura do artigo. Substitua esta orientação pelo texto definitivo.]</w:t>
      </w:r>
    </w:p>
    <w:p>
      <w:pPr>
        <w:jc w:val="both"/>
      </w:pPr>
      <w:r>
        <w:t>Insira aqui o texto do artigo. Use parágrafos coesos, com citações e notas somente quando necessárias.</w:t>
      </w:r>
    </w:p>
    <w:p>
      <w:pPr>
        <w:jc w:val="both"/>
      </w:pPr>
      <w:r>
        <w:t>Insira aqui o texto do artigo. Use parágrafos coesos, com citações e notas somente quando necessárias.</w:t>
      </w:r>
    </w:p>
    <w:p>
      <w:pPr>
        <w:pStyle w:val="Heading1"/>
      </w:pPr>
      <w:r>
        <w:t>DESENVOLVIMENTO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B6573"/>
          <w:sz w:val="21"/>
        </w:rPr>
        <w:t>[Organize a análise em seções e subseções com títulos claros e hierarquia consistente.]</w:t>
      </w:r>
    </w:p>
    <w:p>
      <w:pPr>
        <w:pStyle w:val="Heading2"/>
      </w:pPr>
      <w:r>
        <w:t>Subseção de primeiro nível</w:t>
      </w:r>
    </w:p>
    <w:p>
      <w:pPr>
        <w:jc w:val="both"/>
      </w:pPr>
      <w:r>
        <w:t>Desenvolva o referencial teórico, o marco normativo, o método, a análise empírica ou a argumentação central conforme a natureza do trabalho.</w:t>
      </w:r>
    </w:p>
    <w:p>
      <w:pPr>
        <w:pStyle w:val="Heading2"/>
      </w:pPr>
      <w:r>
        <w:t>Citações</w:t>
      </w:r>
    </w:p>
    <w:p>
      <w:pPr>
        <w:jc w:val="both"/>
      </w:pPr>
      <w:r>
        <w:t>Citações e referências devem seguir as normas ABNT vigentes. Nas citações diretas, informe a página sempre que aplicável.</w:t>
      </w:r>
    </w:p>
    <w:p>
      <w:pPr>
        <w:pStyle w:val="Heading2"/>
      </w:pPr>
      <w:r>
        <w:t>Tabelas, quadros e figuras</w:t>
      </w:r>
    </w:p>
    <w:p>
      <w:pPr>
        <w:spacing w:after="80"/>
        <w:jc w:val="center"/>
      </w:pPr>
      <w:r>
        <w:rPr>
          <w:rFonts w:ascii="Times New Roman" w:hAnsi="Times New Roman"/>
          <w:b/>
          <w:color w:val="0B2545"/>
          <w:sz w:val="19"/>
        </w:rPr>
        <w:t>Tabela 1 – Exemplo de identificação do elemento</w:t>
      </w:r>
    </w:p>
    <w:tbl>
      <w:tblPr>
        <w:tblW w:type="dxa" w:w="907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7DCE2"/>
          <w:left w:val="single" w:sz="6" w:space="0" w:color="D7DCE2"/>
          <w:bottom w:val="single" w:sz="6" w:space="0" w:color="D7DCE2"/>
          <w:right w:val="single" w:sz="6" w:space="0" w:color="D7DCE2"/>
          <w:insideH w:val="single" w:sz="6" w:space="0" w:color="D7DCE2"/>
          <w:insideV w:val="single" w:sz="6" w:space="0" w:color="D7DCE2"/>
        </w:tblBorders>
      </w:tblPr>
      <w:tblGrid>
        <w:gridCol w:w="3023"/>
        <w:gridCol w:w="3023"/>
        <w:gridCol w:w="3024"/>
      </w:tblGrid>
      <w:tr>
        <w:trPr>
          <w:tblHeader w:val="true"/>
        </w:trPr>
        <w:tc>
          <w:tcPr>
            <w:tcW w:type="dxa" w:w="3023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Times New Roman" w:hAnsi="Times New Roman"/>
                <w:b/>
                <w:color w:val="0B2545"/>
                <w:sz w:val="19"/>
              </w:rPr>
              <w:t>Critério</w:t>
            </w:r>
          </w:p>
        </w:tc>
        <w:tc>
          <w:tcPr>
            <w:tcW w:type="dxa" w:w="3023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Times New Roman" w:hAnsi="Times New Roman"/>
                <w:b/>
                <w:color w:val="0B2545"/>
                <w:sz w:val="19"/>
              </w:rPr>
              <w:t>Descrição</w:t>
            </w:r>
          </w:p>
        </w:tc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  <w:shd w:fill="E8EEF5"/>
          </w:tcPr>
          <w:p>
            <w:r>
              <w:rPr>
                <w:rFonts w:ascii="Times New Roman" w:hAnsi="Times New Roman"/>
                <w:b/>
                <w:color w:val="0B2545"/>
                <w:sz w:val="19"/>
              </w:rPr>
              <w:t>Resultado</w:t>
            </w:r>
          </w:p>
        </w:tc>
      </w:tr>
      <w:tr>
        <w:tc>
          <w:tcPr>
            <w:tcW w:type="dxa" w:w="302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Item A</w:t>
            </w:r>
          </w:p>
        </w:tc>
        <w:tc>
          <w:tcPr>
            <w:tcW w:type="dxa" w:w="302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Substitua pelo conteúdo</w:t>
            </w:r>
          </w:p>
        </w:tc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Dado</w:t>
            </w:r>
          </w:p>
        </w:tc>
      </w:tr>
      <w:tr>
        <w:tc>
          <w:tcPr>
            <w:tcW w:type="dxa" w:w="302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Item B</w:t>
            </w:r>
          </w:p>
        </w:tc>
        <w:tc>
          <w:tcPr>
            <w:tcW w:type="dxa" w:w="302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Substitua pelo conteúdo</w:t>
            </w:r>
          </w:p>
        </w:tc>
        <w:tc>
          <w:tcPr>
            <w:tcW w:type="dxa" w:w="302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Times New Roman" w:hAnsi="Times New Roman"/>
                <w:i/>
                <w:color w:val="5B6573"/>
                <w:sz w:val="19"/>
              </w:rPr>
              <w:t>Dado</w:t>
            </w:r>
          </w:p>
        </w:tc>
      </w:tr>
    </w:tbl>
    <w:p>
      <w:pPr>
        <w:spacing w:before="80" w:after="160"/>
      </w:pPr>
      <w:r>
        <w:rPr>
          <w:rFonts w:ascii="Times New Roman" w:hAnsi="Times New Roman"/>
          <w:color w:val="5B6573"/>
          <w:sz w:val="18"/>
        </w:rPr>
        <w:t>Fonte: elaboração própria ou indicação da fonte utilizada.</w:t>
      </w:r>
    </w:p>
    <w:p>
      <w:pPr>
        <w:pStyle w:val="Heading1"/>
      </w:pPr>
      <w:r>
        <w:t>CONCLUSÃO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B6573"/>
          <w:sz w:val="21"/>
        </w:rPr>
        <w:t>[Retome o problema e os objetivos, sintetize os resultados e indique limites e possíveis desdobramentos.]</w:t>
      </w:r>
    </w:p>
    <w:p>
      <w:pPr>
        <w:jc w:val="both"/>
      </w:pPr>
      <w:r>
        <w:t>Insira aqui a conclusão do artigo, sem introduzir argumentos que não tenham sido desenvolvidos no texto.</w:t>
      </w:r>
    </w:p>
    <w:p>
      <w:pPr>
        <w:pStyle w:val="Heading1"/>
      </w:pPr>
      <w:r>
        <w:t>REFERÊNCIAS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B6573"/>
          <w:sz w:val="21"/>
        </w:rPr>
        <w:t>[Liste apenas as obras efetivamente citadas e inclua o DOI no formato https://doi.org/... sempre que disponível.]</w:t>
      </w:r>
    </w:p>
    <w:p>
      <w:pPr>
        <w:spacing w:line="240" w:lineRule="auto" w:after="100"/>
        <w:ind w:left="567" w:hanging="567"/>
        <w:jc w:val="both"/>
      </w:pPr>
      <w:r>
        <w:rPr>
          <w:rFonts w:ascii="Times New Roman" w:hAnsi="Times New Roman"/>
          <w:b w:val="0"/>
          <w:color w:val="202124"/>
          <w:sz w:val="22"/>
        </w:rPr>
        <w:t xml:space="preserve">SOBRENOME, Nome. </w:t>
      </w:r>
      <w:r>
        <w:rPr>
          <w:rFonts w:ascii="Times New Roman" w:hAnsi="Times New Roman"/>
          <w:b/>
          <w:color w:val="202124"/>
          <w:sz w:val="22"/>
        </w:rPr>
        <w:t>Título do artigo.</w:t>
      </w:r>
      <w:r>
        <w:rPr>
          <w:rFonts w:ascii="Times New Roman" w:hAnsi="Times New Roman"/>
          <w:b w:val="0"/>
          <w:color w:val="202124"/>
          <w:sz w:val="22"/>
        </w:rPr>
        <w:t xml:space="preserve"> </w:t>
      </w:r>
      <w:r>
        <w:rPr>
          <w:rFonts w:ascii="Times New Roman" w:hAnsi="Times New Roman"/>
          <w:b/>
          <w:color w:val="202124"/>
          <w:sz w:val="22"/>
        </w:rPr>
        <w:t>Título do Periódico</w:t>
      </w:r>
      <w:r>
        <w:rPr>
          <w:rFonts w:ascii="Times New Roman" w:hAnsi="Times New Roman"/>
          <w:b w:val="0"/>
          <w:color w:val="202124"/>
          <w:sz w:val="22"/>
        </w:rPr>
        <w:t>, cidade, v. 1, n. 1, p. 1-20, 2026. https://doi.org/xx.xxxx/xxxxx.</w:t>
      </w:r>
    </w:p>
    <w:p>
      <w:pPr>
        <w:spacing w:line="240" w:lineRule="auto" w:after="100"/>
        <w:ind w:left="567" w:hanging="567"/>
        <w:jc w:val="both"/>
      </w:pPr>
      <w:r>
        <w:rPr>
          <w:rFonts w:ascii="Times New Roman" w:hAnsi="Times New Roman"/>
          <w:b w:val="0"/>
          <w:color w:val="202124"/>
          <w:sz w:val="22"/>
        </w:rPr>
        <w:t xml:space="preserve">SOBRENOME, Nome. </w:t>
      </w:r>
      <w:r>
        <w:rPr>
          <w:rFonts w:ascii="Times New Roman" w:hAnsi="Times New Roman"/>
          <w:b/>
          <w:color w:val="202124"/>
          <w:sz w:val="22"/>
        </w:rPr>
        <w:t>Título do livro: subtítulo.</w:t>
      </w:r>
      <w:r>
        <w:rPr>
          <w:rFonts w:ascii="Times New Roman" w:hAnsi="Times New Roman"/>
          <w:b w:val="0"/>
          <w:color w:val="202124"/>
          <w:sz w:val="22"/>
        </w:rPr>
        <w:t xml:space="preserve"> Edição. Cidade: Editora, 2026.</w:t>
      </w:r>
    </w:p>
    <w:p>
      <w:pPr>
        <w:spacing w:line="240" w:lineRule="auto" w:after="100"/>
        <w:ind w:left="567" w:hanging="567"/>
        <w:jc w:val="both"/>
      </w:pPr>
      <w:r>
        <w:rPr>
          <w:rFonts w:ascii="Times New Roman" w:hAnsi="Times New Roman"/>
          <w:b w:val="0"/>
          <w:color w:val="202124"/>
          <w:sz w:val="22"/>
        </w:rPr>
        <w:t xml:space="preserve">BRASIL. </w:t>
      </w:r>
      <w:r>
        <w:rPr>
          <w:rFonts w:ascii="Times New Roman" w:hAnsi="Times New Roman"/>
          <w:b/>
          <w:color w:val="202124"/>
          <w:sz w:val="22"/>
        </w:rPr>
        <w:t>Lei nº 00.000, de 1º de janeiro de 2026.</w:t>
      </w:r>
      <w:r>
        <w:rPr>
          <w:rFonts w:ascii="Times New Roman" w:hAnsi="Times New Roman"/>
          <w:b w:val="0"/>
          <w:color w:val="202124"/>
          <w:sz w:val="22"/>
        </w:rPr>
        <w:t xml:space="preserve"> Ementa. </w:t>
      </w:r>
      <w:r>
        <w:rPr>
          <w:rFonts w:ascii="Times New Roman" w:hAnsi="Times New Roman"/>
          <w:b/>
          <w:color w:val="202124"/>
          <w:sz w:val="22"/>
        </w:rPr>
        <w:t>Diário Oficial da União</w:t>
      </w:r>
      <w:r>
        <w:rPr>
          <w:rFonts w:ascii="Times New Roman" w:hAnsi="Times New Roman"/>
          <w:b w:val="0"/>
          <w:color w:val="202124"/>
          <w:sz w:val="22"/>
        </w:rPr>
        <w:t>: Brasília, DF, data.</w:t>
      </w:r>
    </w:p>
    <w:p>
      <w:r>
        <w:br w:type="page"/>
      </w:r>
    </w:p>
    <w:p>
      <w:pPr>
        <w:pStyle w:val="Heading1"/>
      </w:pPr>
      <w:r>
        <w:t>PADRÃO DE FORMATAÇÃO</w:t>
      </w:r>
    </w:p>
    <w:p>
      <w:pPr>
        <w:spacing w:after="80" w:line="300" w:lineRule="auto"/>
        <w:ind w:left="539" w:hanging="272"/>
        <w:jc w:val="both"/>
      </w:pPr>
      <w:r>
        <w:rPr>
          <w:rFonts w:ascii="Times New Roman" w:hAnsi="Times New Roman"/>
          <w:color w:val="202124"/>
          <w:sz w:val="21"/>
        </w:rPr>
        <w:t>•  Página A4, margens de 2,5 cm na parte superior e nas laterais e margem inferior de 2 cm.</w:t>
      </w:r>
    </w:p>
    <w:p>
      <w:pPr>
        <w:spacing w:after="80" w:line="300" w:lineRule="auto"/>
        <w:ind w:left="539" w:hanging="272"/>
        <w:jc w:val="both"/>
      </w:pPr>
      <w:r>
        <w:rPr>
          <w:rFonts w:ascii="Times New Roman" w:hAnsi="Times New Roman"/>
          <w:color w:val="202124"/>
          <w:sz w:val="21"/>
        </w:rPr>
        <w:t>•  Fonte Times New Roman, tamanho 12, em todo o manuscrito; títulos e subtítulos permanecem em Times New Roman com negrito.</w:t>
      </w:r>
    </w:p>
    <w:p>
      <w:pPr>
        <w:spacing w:after="80" w:line="300" w:lineRule="auto"/>
        <w:ind w:left="539" w:hanging="272"/>
        <w:jc w:val="both"/>
      </w:pPr>
      <w:r>
        <w:rPr>
          <w:rFonts w:ascii="Times New Roman" w:hAnsi="Times New Roman"/>
          <w:color w:val="202124"/>
          <w:sz w:val="21"/>
        </w:rPr>
        <w:t>•  Texto justificado, espaçamento de 1,5 linha e parágrafos organizados de modo uniforme.</w:t>
      </w:r>
    </w:p>
    <w:p>
      <w:pPr>
        <w:spacing w:after="80" w:line="300" w:lineRule="auto"/>
        <w:ind w:left="539" w:hanging="272"/>
        <w:jc w:val="both"/>
      </w:pPr>
      <w:r>
        <w:rPr>
          <w:rFonts w:ascii="Times New Roman" w:hAnsi="Times New Roman"/>
          <w:color w:val="202124"/>
          <w:sz w:val="21"/>
        </w:rPr>
        <w:t>•  Citações diretas longas com recuo de 4 cm, fonte Times New Roman tamanho 10 e espaçamento simples.</w:t>
      </w:r>
    </w:p>
    <w:p>
      <w:pPr>
        <w:spacing w:after="80" w:line="300" w:lineRule="auto"/>
        <w:ind w:left="539" w:hanging="272"/>
        <w:jc w:val="both"/>
      </w:pPr>
      <w:r>
        <w:rPr>
          <w:rFonts w:ascii="Times New Roman" w:hAnsi="Times New Roman"/>
          <w:color w:val="202124"/>
          <w:sz w:val="21"/>
        </w:rPr>
        <w:t>•  Notas explicativas em Times New Roman tamanho 10, usadas apenas quando necessárias.</w:t>
      </w:r>
    </w:p>
    <w:p>
      <w:pPr>
        <w:spacing w:after="80" w:line="300" w:lineRule="auto"/>
        <w:ind w:left="539" w:hanging="272"/>
        <w:jc w:val="both"/>
      </w:pPr>
      <w:r>
        <w:rPr>
          <w:rFonts w:ascii="Times New Roman" w:hAnsi="Times New Roman"/>
          <w:color w:val="202124"/>
          <w:sz w:val="21"/>
        </w:rPr>
        <w:t>•  Referências em Times New Roman tamanho 11, espaçamento simples, recuo francês e títulos de obras e periódicos em negrito.</w:t>
      </w:r>
    </w:p>
    <w:p>
      <w:pPr>
        <w:spacing w:after="80" w:line="300" w:lineRule="auto"/>
        <w:ind w:left="539" w:hanging="272"/>
        <w:jc w:val="both"/>
      </w:pPr>
      <w:r>
        <w:rPr>
          <w:rFonts w:ascii="Times New Roman" w:hAnsi="Times New Roman"/>
          <w:color w:val="202124"/>
          <w:sz w:val="21"/>
        </w:rPr>
        <w:t>•  O manuscrito submetido deve permanecer anônimo; a equipe editorial inserirá a nota de autoria na versão destinada à publicação.</w:t>
      </w:r>
    </w:p>
    <w:p>
      <w:pPr>
        <w:pStyle w:val="Heading1"/>
      </w:pPr>
      <w:r>
        <w:t>CHECKLIST ANTES DO ENVIO</w:t>
      </w:r>
    </w:p>
    <w:p>
      <w:pPr>
        <w:spacing w:after="80" w:line="300" w:lineRule="auto"/>
        <w:ind w:left="539" w:hanging="272"/>
        <w:jc w:val="left"/>
      </w:pPr>
      <w:r>
        <w:rPr>
          <w:rFonts w:ascii="Times New Roman" w:hAnsi="Times New Roman"/>
          <w:color w:val="202124"/>
          <w:sz w:val="21"/>
        </w:rPr>
        <w:t>☐  O arquivo está em DOCX ou ODT e pode ser editado.</w:t>
      </w:r>
    </w:p>
    <w:p>
      <w:pPr>
        <w:spacing w:after="80" w:line="300" w:lineRule="auto"/>
        <w:ind w:left="539" w:hanging="272"/>
        <w:jc w:val="left"/>
      </w:pPr>
      <w:r>
        <w:rPr>
          <w:rFonts w:ascii="Times New Roman" w:hAnsi="Times New Roman"/>
          <w:color w:val="202124"/>
          <w:sz w:val="21"/>
        </w:rPr>
        <w:t>☐  O manuscrito não contém identificação dos autores nem dados ocultos no arquivo.</w:t>
      </w:r>
    </w:p>
    <w:p>
      <w:pPr>
        <w:spacing w:after="80" w:line="300" w:lineRule="auto"/>
        <w:ind w:left="539" w:hanging="272"/>
        <w:jc w:val="left"/>
      </w:pPr>
      <w:r>
        <w:rPr>
          <w:rFonts w:ascii="Times New Roman" w:hAnsi="Times New Roman"/>
          <w:color w:val="202124"/>
          <w:sz w:val="21"/>
        </w:rPr>
        <w:t>☐  O título, o resumo de 100 a 250 palavras e de três a cinco palavras-chave foram informados nos idiomas exigidos.</w:t>
      </w:r>
    </w:p>
    <w:p>
      <w:pPr>
        <w:spacing w:after="80" w:line="300" w:lineRule="auto"/>
        <w:ind w:left="539" w:hanging="272"/>
        <w:jc w:val="left"/>
      </w:pPr>
      <w:r>
        <w:rPr>
          <w:rFonts w:ascii="Times New Roman" w:hAnsi="Times New Roman"/>
          <w:color w:val="202124"/>
          <w:sz w:val="21"/>
        </w:rPr>
        <w:t>☐  As citações e referências seguem as normas ABNT e os DOI foram incluídos quando disponíveis.</w:t>
      </w:r>
    </w:p>
    <w:p>
      <w:pPr>
        <w:spacing w:after="80" w:line="300" w:lineRule="auto"/>
        <w:ind w:left="539" w:hanging="272"/>
        <w:jc w:val="left"/>
      </w:pPr>
      <w:r>
        <w:rPr>
          <w:rFonts w:ascii="Times New Roman" w:hAnsi="Times New Roman"/>
          <w:color w:val="202124"/>
          <w:sz w:val="21"/>
        </w:rPr>
        <w:t>☐  Tabelas, quadros e figuras estão numerados, titulados e indicam a fonte.</w:t>
      </w:r>
    </w:p>
    <w:p>
      <w:pPr>
        <w:spacing w:after="80" w:line="300" w:lineRule="auto"/>
        <w:ind w:left="539" w:hanging="272"/>
        <w:jc w:val="left"/>
      </w:pPr>
      <w:r>
        <w:rPr>
          <w:rFonts w:ascii="Times New Roman" w:hAnsi="Times New Roman"/>
          <w:color w:val="202124"/>
          <w:sz w:val="21"/>
        </w:rPr>
        <w:t>☐  Financiamento, conflitos de interesse, ética, dados e uso de inteligência artificial foram declarados no OJS e na folha separada, quando aplicável.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B6573"/>
        <w:sz w:val="17"/>
      </w:rPr>
      <w:t xml:space="preserve">RDIPP | Modelo de manuscrito anônimo | Página </w:t>
    </w:r>
    <w:r>
      <w:rPr>
        <w:rFonts w:ascii="Times New Roman" w:hAnsi="Times New Roman"/>
        <w:color w:val="5B6573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07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300"/>
      <w:gridCol w:w="4770"/>
    </w:tblGrid>
    <w:tr>
      <w:trPr>
        <w:tblHeader w:val="true"/>
      </w:trPr>
      <w:tc>
        <w:tcPr>
          <w:tcW w:type="dxa" w:w="4300"/>
          <w:tcMar>
            <w:top w:w="100" w:type="dxa"/>
            <w:start w:w="120" w:type="dxa"/>
            <w:bottom w:w="100" w:type="dxa"/>
            <w:end w:w="12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2423160" cy="807720"/>
                <wp:docPr id="1" name="Picture 1" descr="Logotipo da Revista de Direito, Inovação e Políticas Públicas" title="RDIPP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dipp-banner-202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3160" cy="8077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770"/>
          <w:tcMar>
            <w:top w:w="100" w:type="dxa"/>
            <w:start w:w="120" w:type="dxa"/>
            <w:bottom w:w="100" w:type="dxa"/>
            <w:end w:w="120" w:type="dxa"/>
          </w:tcMar>
          <w:vAlign w:val="center"/>
        </w:tcPr>
        <w:p>
          <w:pPr>
            <w:jc w:val="right"/>
          </w:pPr>
          <w:r>
            <w:rPr>
              <w:rFonts w:ascii="Times New Roman" w:hAnsi="Times New Roman"/>
              <w:b/>
              <w:color w:val="0B2545"/>
              <w:sz w:val="19"/>
            </w:rPr>
            <w:t>MODELO DE MANUSCRITO ANÔNIMO</w:t>
          </w:r>
        </w:p>
        <w:p>
          <w:pPr>
            <w:spacing w:after="0"/>
            <w:jc w:val="right"/>
          </w:pPr>
          <w:r>
            <w:rPr>
              <w:rFonts w:ascii="Times New Roman" w:hAnsi="Times New Roman"/>
              <w:color w:val="5B6573"/>
              <w:sz w:val="16"/>
            </w:rPr>
            <w:t>Revista de Direito, Inovação e Políticas Públicas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60" w:lineRule="auto"/>
      <w:jc w:val="both"/>
    </w:pPr>
    <w:rPr>
      <w:rFonts w:ascii="Times New Roman" w:hAnsi="Times New Roman"/>
      <w:color w:val="202124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B2545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B254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B254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39" w:hanging="272"/>
      <w:contextualSpacing/>
      <w:jc w:val="left"/>
    </w:pPr>
    <w:rPr>
      <w:rFonts w:ascii="Times New Roman" w:hAnsi="Times New Roman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39" w:hanging="272"/>
      <w:contextualSpacing/>
      <w:jc w:val="left"/>
    </w:pPr>
    <w:rPr>
      <w:rFonts w:ascii="Times New Roman" w:hAnsi="Times New Roman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RDIPP - Modelo de Manuscrito Anônimo</dc:title>
  <dc:subject>Modelo oficial para submissão de artigos</dc:subject>
  <dc:creator>RDIPP</dc:creator>
  <cp:keywords>RDIPP; revista científica; modelo editorial; OJS</cp:keywords>
  <dc:description>Modelo oficial da Revista de Direito, Inovação e Políticas Públicas.</dc:description>
  <cp:lastModifiedBy>RDIPP</cp:lastModifiedBy>
  <cp:revision>1</cp:revision>
  <dcterms:created xsi:type="dcterms:W3CDTF">2013-12-23T23:15:00Z</dcterms:created>
  <dcterms:modified xsi:type="dcterms:W3CDTF">2013-12-23T23:15:00Z</dcterms:modified>
  <cp:category/>
</cp:coreProperties>
</file>